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DOCUMENTO PARA COMPARTIR UN DÉCIMO DE LOTERÍA</w:t>
      </w:r>
    </w:p>
    <w:p>
      <w:r>
        <w:rPr>
          <w:b w:val="0"/>
        </w:rPr>
        <w:t>En [LOCALIDAD], a [DÍA] de [MES] de [AÑO].</w:t>
      </w:r>
    </w:p>
    <w:p>
      <w:r>
        <w:rPr>
          <w:b/>
        </w:rPr>
        <w:t>REUNIDOS</w:t>
      </w:r>
    </w:p>
    <w:p>
      <w:r>
        <w:rPr>
          <w:b w:val="0"/>
        </w:rPr>
        <w:t>De una parte, D./Dña. [NOMBRE Y APELLIDOS DEL DEPOSITARIO], mayor de edad, con DNI [DNI] y domicilio en [DOMICILIO], en adelante «el depositario».</w:t>
      </w:r>
    </w:p>
    <w:p>
      <w:r>
        <w:rPr>
          <w:b w:val="0"/>
        </w:rPr>
        <w:t>De otra parte, las personas identificadas en la tabla de participantes que firman al final de este documento.</w:t>
      </w:r>
    </w:p>
    <w:p>
      <w:r>
        <w:rPr>
          <w:b w:val="0"/>
        </w:rPr>
        <w:t>Todas las partes se reconocen capacidad suficiente para firmar este documento y</w:t>
      </w:r>
    </w:p>
    <w:p>
      <w:r>
        <w:rPr>
          <w:b/>
        </w:rPr>
        <w:t>EXPONEN</w:t>
      </w:r>
    </w:p>
    <w:p>
      <w:r>
        <w:rPr>
          <w:b w:val="0"/>
        </w:rPr>
        <w:t>I. Que han adquirido de forma conjunta el siguiente décimo de lotería:</w:t>
      </w:r>
    </w:p>
    <w:p>
      <w:pPr>
        <w:pStyle w:val="ListBullet"/>
      </w:pPr>
      <w:r>
        <w:t>Sorteo: [NOMBRE DEL SORTEO] del día [FECHA DEL SORTEO].</w:t>
      </w:r>
    </w:p>
    <w:p>
      <w:pPr>
        <w:pStyle w:val="ListBullet"/>
      </w:pPr>
      <w:r>
        <w:t>Número: [NÚMERO]   Serie: [SERIE]   Fracción: [FRACCIÓN].</w:t>
      </w:r>
    </w:p>
    <w:p>
      <w:pPr>
        <w:pStyle w:val="ListBullet"/>
      </w:pPr>
      <w:r>
        <w:t>Precio del décimo: [IMPORTE] euros.</w:t>
      </w:r>
    </w:p>
    <w:p>
      <w:pPr>
        <w:pStyle w:val="ListBullet"/>
      </w:pPr>
      <w:r>
        <w:t>Punto de venta: [ADMINISTRACIÓN N.º / LOCALIDAD].</w:t>
      </w:r>
    </w:p>
    <w:p>
      <w:r>
        <w:rPr>
          <w:b w:val="0"/>
        </w:rPr>
        <w:t>II. Que cada participante ha aportado la cantidad que figura en la tabla siguiente, que determina su porcentaje de participación en el posible premio.</w:t>
      </w:r>
    </w:p>
    <w:p>
      <w:r>
        <w:rPr>
          <w:b/>
        </w:rPr>
        <w:t>ACUERDAN</w:t>
      </w:r>
    </w:p>
    <w:p>
      <w:r>
        <w:rPr>
          <w:b/>
        </w:rPr>
        <w:t xml:space="preserve">PRIMERO. Titularidad compartida. </w:t>
      </w:r>
      <w:r>
        <w:rPr>
          <w:b w:val="0"/>
        </w:rPr>
        <w:t>Los firmantes son cotitulares del décimo descrito en proporción a lo aportado por cada uno: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/>
            <w:r>
              <w:rPr>
                <w:b/>
              </w:rPr>
              <w:t>Nombre y apellidos</w:t>
            </w:r>
          </w:p>
        </w:tc>
        <w:tc>
          <w:tcPr>
            <w:tcW w:type="dxa" w:w="1949"/>
          </w:tcPr>
          <w:p>
            <w:r/>
            <w:r>
              <w:rPr>
                <w:b/>
              </w:rPr>
              <w:t>DNI</w:t>
            </w:r>
          </w:p>
        </w:tc>
        <w:tc>
          <w:tcPr>
            <w:tcW w:type="dxa" w:w="1949"/>
          </w:tcPr>
          <w:p>
            <w:r/>
            <w:r>
              <w:rPr>
                <w:b/>
              </w:rPr>
              <w:t>Importe aportado (€)</w:t>
            </w:r>
          </w:p>
        </w:tc>
        <w:tc>
          <w:tcPr>
            <w:tcW w:type="dxa" w:w="1949"/>
          </w:tcPr>
          <w:p>
            <w:r/>
            <w:r>
              <w:rPr>
                <w:b/>
              </w:rPr>
              <w:t>% de participación</w:t>
            </w:r>
          </w:p>
        </w:tc>
        <w:tc>
          <w:tcPr>
            <w:tcW w:type="dxa" w:w="1949"/>
          </w:tcPr>
          <w:p>
            <w:r/>
            <w:r>
              <w:rPr>
                <w:b/>
              </w:rPr>
              <w:t>Firma</w:t>
            </w:r>
          </w:p>
        </w:tc>
      </w:tr>
      <w:tr>
        <w:tc>
          <w:tcPr>
            <w:tcW w:type="dxa" w:w="1949"/>
          </w:tcPr>
          <w:p>
            <w:r>
              <w:t>[NOMBRE]</w:t>
            </w:r>
          </w:p>
        </w:tc>
        <w:tc>
          <w:tcPr>
            <w:tcW w:type="dxa" w:w="1949"/>
          </w:tcPr>
          <w:p>
            <w:r>
              <w:t>[DNI]</w:t>
            </w:r>
          </w:p>
        </w:tc>
        <w:tc>
          <w:tcPr>
            <w:tcW w:type="dxa" w:w="1949"/>
          </w:tcPr>
          <w:p>
            <w:r>
              <w:t>[€]</w:t>
            </w:r>
          </w:p>
        </w:tc>
        <w:tc>
          <w:tcPr>
            <w:tcW w:type="dxa" w:w="1949"/>
          </w:tcPr>
          <w:p>
            <w:r>
              <w:t>[%]</w:t>
            </w:r>
          </w:p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>
            <w:r>
              <w:t>[NOMBRE]</w:t>
            </w:r>
          </w:p>
        </w:tc>
        <w:tc>
          <w:tcPr>
            <w:tcW w:type="dxa" w:w="1949"/>
          </w:tcPr>
          <w:p>
            <w:r>
              <w:t>[DNI]</w:t>
            </w:r>
          </w:p>
        </w:tc>
        <w:tc>
          <w:tcPr>
            <w:tcW w:type="dxa" w:w="1949"/>
          </w:tcPr>
          <w:p>
            <w:r>
              <w:t>[€]</w:t>
            </w:r>
          </w:p>
        </w:tc>
        <w:tc>
          <w:tcPr>
            <w:tcW w:type="dxa" w:w="1949"/>
          </w:tcPr>
          <w:p>
            <w:r>
              <w:t>[%]</w:t>
            </w:r>
          </w:p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>
            <w:r>
              <w:t>[NOMBRE]</w:t>
            </w:r>
          </w:p>
        </w:tc>
        <w:tc>
          <w:tcPr>
            <w:tcW w:type="dxa" w:w="1949"/>
          </w:tcPr>
          <w:p>
            <w:r>
              <w:t>[DNI]</w:t>
            </w:r>
          </w:p>
        </w:tc>
        <w:tc>
          <w:tcPr>
            <w:tcW w:type="dxa" w:w="1949"/>
          </w:tcPr>
          <w:p>
            <w:r>
              <w:t>[€]</w:t>
            </w:r>
          </w:p>
        </w:tc>
        <w:tc>
          <w:tcPr>
            <w:tcW w:type="dxa" w:w="1949"/>
          </w:tcPr>
          <w:p>
            <w:r>
              <w:t>[%]</w:t>
            </w:r>
          </w:p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>
            <w:r>
              <w:t>[NOMBRE]</w:t>
            </w:r>
          </w:p>
        </w:tc>
        <w:tc>
          <w:tcPr>
            <w:tcW w:type="dxa" w:w="1949"/>
          </w:tcPr>
          <w:p>
            <w:r>
              <w:t>[DNI]</w:t>
            </w:r>
          </w:p>
        </w:tc>
        <w:tc>
          <w:tcPr>
            <w:tcW w:type="dxa" w:w="1949"/>
          </w:tcPr>
          <w:p>
            <w:r>
              <w:t>[€]</w:t>
            </w:r>
          </w:p>
        </w:tc>
        <w:tc>
          <w:tcPr>
            <w:tcW w:type="dxa" w:w="1949"/>
          </w:tcPr>
          <w:p>
            <w:r>
              <w:t>[%]</w:t>
            </w:r>
          </w:p>
        </w:tc>
        <w:tc>
          <w:tcPr>
            <w:tcW w:type="dxa" w:w="1949"/>
          </w:tcPr>
          <w:p/>
        </w:tc>
      </w:tr>
    </w:tbl>
    <w:p/>
    <w:p>
      <w:r>
        <w:rPr>
          <w:b/>
        </w:rPr>
        <w:t xml:space="preserve">SEGUNDO. Custodia. </w:t>
      </w:r>
      <w:r>
        <w:t>El décimo original queda bajo la custodia del depositario, que se compromete a conservarlo en buen estado y a no venderlo, cederlo ni cambiarlo. El depositario entregará a cada participante una copia (fotocopia o fotografía) del décimo junto con este documento.</w:t>
      </w:r>
    </w:p>
    <w:p>
      <w:r>
        <w:rPr>
          <w:b/>
        </w:rPr>
        <w:t xml:space="preserve">TERCERO. Cobro del premio. </w:t>
      </w:r>
      <w:r>
        <w:t>Si el décimo resulta premiado, el cobro se realizará identificando ante la entidad pagadora a todos los cotitulares y su porcentaje de participación, de modo que el premio y, en su caso, la retención fiscal se atribuyan a cada uno en proporción a su parte. El depositario iniciará el cobro dentro del plazo fijado por el organizador del sorteo e informará a los participantes.</w:t>
      </w:r>
    </w:p>
    <w:p>
      <w:r>
        <w:rPr>
          <w:b/>
        </w:rPr>
        <w:t xml:space="preserve">CUARTO. Reparto. </w:t>
      </w:r>
      <w:r>
        <w:t>Cada participante recibirá su parte del premio en la cuenta bancaria que indique en un plazo máximo de [NÚMERO] días desde que se perciba el premio.</w:t>
      </w:r>
    </w:p>
    <w:p>
      <w:r>
        <w:rPr>
          <w:b/>
        </w:rPr>
        <w:t xml:space="preserve">QUINTO. Gastos. </w:t>
      </w:r>
      <w:r>
        <w:t>Los gastos o comisiones que pudieran derivarse del cobro se repartirán en proporción a la participación de cada uno.</w:t>
      </w:r>
    </w:p>
    <w:p>
      <w:r>
        <w:rPr>
          <w:b/>
        </w:rPr>
        <w:t xml:space="preserve">SEXTO. Ejemplares. </w:t>
      </w:r>
      <w:r>
        <w:t>Este documento se firma en tantos ejemplares como partes. Cada participante firma en todas las páginas.</w:t>
      </w:r>
    </w:p>
    <w:p/>
    <w:p>
      <w:r>
        <w:rPr>
          <w:b w:val="0"/>
        </w:rPr>
        <w:t>El depositario: ______________________   Fdo.: [NOMBRE Y APELLIDOS]</w:t>
      </w:r>
    </w:p>
    <w:p>
      <w:r>
        <w:rPr>
          <w:b w:val="0"/>
        </w:rPr>
        <w:t>Los participantes firman en la tabla del acuerdo PRIMERO.</w:t>
      </w:r>
    </w:p>
    <w:p/>
    <w:p>
      <w:r>
        <w:rPr>
          <w:b w:val="0"/>
          <w:sz w:val="16"/>
        </w:rPr>
        <w:t>Modelo orientativo de modelos.com.es · Revisado el 30/10/2026. No sustituye al asesoramiento profesional.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