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[NOMBRE Y APELLIDOS DEL TOMADOR]</w:t>
        <w:br/>
        <w:t>[DNI]</w:t>
        <w:br/>
        <w:t>[DIRECCIÓN COMPLETA]</w:t>
        <w:br/>
        <w:t>[TELÉFONO] · [EMAIL]</w:t>
      </w:r>
    </w:p>
    <w:p>
      <w:pPr>
        <w:jc w:val="right"/>
      </w:pPr>
      <w:r>
        <w:rPr>
          <w:b w:val="0"/>
        </w:rPr>
        <w:t>[NOMBRE DE LA ASEGURADORA]</w:t>
        <w:br/>
        <w:t>Departamento de Atención al Cliente / Bajas</w:t>
        <w:br/>
        <w:t>[DIRECCIÓN DE LA ASEGURADORA]</w:t>
      </w:r>
    </w:p>
    <w:p>
      <w:pPr>
        <w:jc w:val="right"/>
      </w:pPr>
      <w:r>
        <w:rPr>
          <w:b w:val="0"/>
        </w:rPr>
        <w:t>En [LOCALIDAD], a [DÍA] de [MES] de [AÑO]</w:t>
      </w:r>
    </w:p>
    <w:p>
      <w:r>
        <w:rPr>
          <w:b/>
        </w:rPr>
        <w:t xml:space="preserve">Asunto: </w:t>
      </w:r>
      <w:r>
        <w:rPr>
          <w:b w:val="0"/>
        </w:rPr>
        <w:t>Comunicación de oposición a la prórroga (no renovación) de la póliza n.º [NÚMERO DE PÓLIZA]</w:t>
      </w:r>
    </w:p>
    <w:p>
      <w:r>
        <w:rPr>
          <w:b w:val="0"/>
        </w:rPr>
        <w:t>Muy señores míos:</w:t>
      </w:r>
    </w:p>
    <w:p>
      <w:r>
        <w:rPr>
          <w:b w:val="0"/>
        </w:rPr>
        <w:t>Por medio de la presente, yo, [NOMBRE Y APELLIDOS], con DNI [DNI], en mi condición de tomador de la póliza de seguro de [TIPO DE SEGURO: HOGAR / AUTOMÓVIL / SALUD / DECESOS / OTRO] n.º [NÚMERO DE PÓLIZA], cuyo periodo en curso vence el [FECHA DE VENCIMIENTO], les comunico mi voluntad de NO RENOVAR dicho contrato, de conformidad con el artículo 22 de la Ley 50/1980, de 8 de octubre, de Contrato de Seguro.</w:t>
      </w:r>
    </w:p>
    <w:p>
      <w:r>
        <w:rPr>
          <w:b w:val="0"/>
        </w:rPr>
        <w:t>En consecuencia, les solicito que:</w:t>
      </w:r>
    </w:p>
    <w:p>
      <w:pPr>
        <w:pStyle w:val="ListNumber"/>
      </w:pPr>
      <w:r>
        <w:t>Den de baja la póliza con efectos a partir de la fecha de vencimiento indicada.</w:t>
      </w:r>
    </w:p>
    <w:p>
      <w:pPr>
        <w:pStyle w:val="ListNumber"/>
      </w:pPr>
      <w:r>
        <w:t>No emitan ni carguen en mi cuenta ningún recibo correspondiente a un nuevo periodo.</w:t>
      </w:r>
    </w:p>
    <w:p>
      <w:pPr>
        <w:pStyle w:val="ListNumber"/>
      </w:pPr>
      <w:r>
        <w:t>Me confirmen por escrito la recepción de esta comunicación y la fecha de efecto de la baja.</w:t>
      </w:r>
    </w:p>
    <w:p>
      <w:r>
        <w:rPr>
          <w:b w:val="0"/>
        </w:rPr>
        <w:t>[OPCIONAL: Datos del bien asegurado: MATRÍCULA / DIRECCIÓN DE LA VIVIENDA / PERSONAS ASEGURADAS]</w:t>
      </w:r>
    </w:p>
    <w:p>
      <w:r>
        <w:rPr>
          <w:b w:val="0"/>
        </w:rPr>
        <w:t>Sin otro particular, reciban un cordial saludo.</w:t>
      </w:r>
    </w:p>
    <w:p>
      <w:r>
        <w:br/>
        <w:br/>
      </w:r>
    </w:p>
    <w:p>
      <w:r>
        <w:rPr>
          <w:b w:val="0"/>
        </w:rPr>
        <w:t>Fdo.: [NOMBRE Y APELLIDOS]</w:t>
      </w:r>
    </w:p>
    <w:p/>
    <w:p>
      <w:r>
        <w:rPr>
          <w:b w:val="0"/>
          <w:sz w:val="16"/>
        </w:rPr>
        <w:t>Modelo orientativo de modelos.com.es · Revisado el 30/10/2026. Envíalo con al menos un mes de antelación al vencimiento y por un medio que deje constancia de la recepción.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